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FB02" w14:textId="7DF46AB9" w:rsidR="001C2D0C" w:rsidRDefault="00FE1B18">
      <w:pPr>
        <w:pStyle w:val="Heading1"/>
      </w:pPr>
      <w:r>
        <w:t>/Preventive Maintenance Schedule —  Overhead Crane</w:t>
      </w:r>
    </w:p>
    <w:p w14:paraId="37C8642D" w14:textId="77777777" w:rsidR="001C2D0C" w:rsidRDefault="00633904">
      <w:pPr>
        <w:pStyle w:val="Heading2"/>
      </w:pPr>
      <w:r>
        <w:t>Monthly PM (Qualified Technician)</w:t>
      </w:r>
    </w:p>
    <w:p w14:paraId="1DB7F422" w14:textId="77777777" w:rsidR="001C2D0C" w:rsidRDefault="00633904">
      <w:r>
        <w:t>• Hook inspection (deformation, cracks, latch condition)</w:t>
      </w:r>
    </w:p>
    <w:p w14:paraId="351D7167" w14:textId="77777777" w:rsidR="001C2D0C" w:rsidRDefault="00633904">
      <w:r>
        <w:t>• Wire rope/chain condition (broken strands, wear, kinks, corrosion)</w:t>
      </w:r>
    </w:p>
    <w:p w14:paraId="459446F9" w14:textId="77777777" w:rsidR="001C2D0C" w:rsidRDefault="00633904">
      <w:r>
        <w:t>• Sheave rotation and wear</w:t>
      </w:r>
    </w:p>
    <w:p w14:paraId="64738E07" w14:textId="77777777" w:rsidR="001C2D0C" w:rsidRDefault="00633904">
      <w:r>
        <w:t>• Hoist drum rope spooling</w:t>
      </w:r>
    </w:p>
    <w:p w14:paraId="401C9F00" w14:textId="77777777" w:rsidR="001C2D0C" w:rsidRDefault="00633904">
      <w:r>
        <w:t>• Limit switch verification</w:t>
      </w:r>
    </w:p>
    <w:p w14:paraId="250C9187" w14:textId="77777777" w:rsidR="001C2D0C" w:rsidRDefault="00633904">
      <w:r>
        <w:t>• Pendant/radio control function</w:t>
      </w:r>
    </w:p>
    <w:p w14:paraId="6E37A94E" w14:textId="77777777" w:rsidR="001C2D0C" w:rsidRDefault="00633904">
      <w:r>
        <w:t>• Festoon/cable track condition</w:t>
      </w:r>
    </w:p>
    <w:p w14:paraId="5125F555" w14:textId="77777777" w:rsidR="001C2D0C" w:rsidRDefault="00633904">
      <w:r>
        <w:t>• Trolley/bridge travel check</w:t>
      </w:r>
    </w:p>
    <w:p w14:paraId="38419240" w14:textId="77777777" w:rsidR="001C2D0C" w:rsidRDefault="00633904">
      <w:r>
        <w:t>Technician Name: ______________________________</w:t>
      </w:r>
    </w:p>
    <w:p w14:paraId="469468F5" w14:textId="77777777" w:rsidR="001C2D0C" w:rsidRDefault="00633904">
      <w:r>
        <w:t>Technician Signature: __________________________</w:t>
      </w:r>
    </w:p>
    <w:p w14:paraId="468B5253" w14:textId="18BE1680" w:rsidR="001C2D0C" w:rsidRDefault="00633904">
      <w:r>
        <w:t>Date: ____________________</w:t>
      </w:r>
    </w:p>
    <w:p w14:paraId="33C6F3B5" w14:textId="77777777" w:rsidR="00B509D4" w:rsidRDefault="00B509D4"/>
    <w:p w14:paraId="69E21364" w14:textId="77777777" w:rsidR="001C2D0C" w:rsidRDefault="00633904">
      <w:pPr>
        <w:pStyle w:val="Heading2"/>
      </w:pPr>
      <w:r>
        <w:t>Quarterly PM (Qualified Technician)</w:t>
      </w:r>
    </w:p>
    <w:p w14:paraId="210EC9FB" w14:textId="77777777" w:rsidR="001C2D0C" w:rsidRDefault="00633904">
      <w:r>
        <w:t>• All monthly PM items</w:t>
      </w:r>
    </w:p>
    <w:p w14:paraId="4F67762D" w14:textId="77777777" w:rsidR="001C2D0C" w:rsidRDefault="00633904">
      <w:r>
        <w:t>• Brake inspection and functional test</w:t>
      </w:r>
    </w:p>
    <w:p w14:paraId="4F2D8DF0" w14:textId="77777777" w:rsidR="001C2D0C" w:rsidRDefault="00633904">
      <w:r>
        <w:t>• Motor brush inspection</w:t>
      </w:r>
    </w:p>
    <w:p w14:paraId="21AB181D" w14:textId="77777777" w:rsidR="001C2D0C" w:rsidRDefault="00633904">
      <w:r>
        <w:t>• Gearbox oil level check and leak inspection</w:t>
      </w:r>
    </w:p>
    <w:p w14:paraId="3BC8E7E7" w14:textId="77777777" w:rsidR="001C2D0C" w:rsidRDefault="00633904">
      <w:r>
        <w:t>• Wheel and bearing wear</w:t>
      </w:r>
    </w:p>
    <w:p w14:paraId="25755AD1" w14:textId="77777777" w:rsidR="001C2D0C" w:rsidRDefault="00633904">
      <w:r>
        <w:t>• Couplings, shafts, and keys inspection</w:t>
      </w:r>
    </w:p>
    <w:p w14:paraId="2229CBDC" w14:textId="77777777" w:rsidR="001C2D0C" w:rsidRDefault="00633904">
      <w:r>
        <w:t>• Runway and bridge alignment visual check</w:t>
      </w:r>
    </w:p>
    <w:p w14:paraId="387E78C9" w14:textId="77777777" w:rsidR="001C2D0C" w:rsidRDefault="00633904">
      <w:r>
        <w:t>• Overload protection device test</w:t>
      </w:r>
    </w:p>
    <w:p w14:paraId="66EC83E5" w14:textId="77777777" w:rsidR="001C2D0C" w:rsidRDefault="00633904">
      <w:r>
        <w:t>Technician Name: ______________________________</w:t>
      </w:r>
    </w:p>
    <w:p w14:paraId="79021375" w14:textId="77777777" w:rsidR="00B509D4" w:rsidRDefault="00633904">
      <w:r>
        <w:t>Technician Signature: __________________________</w:t>
      </w:r>
    </w:p>
    <w:p w14:paraId="27132686" w14:textId="36DDE0B3" w:rsidR="001C2D0C" w:rsidRDefault="00633904">
      <w:r>
        <w:t>Date: ____________________</w:t>
      </w:r>
      <w:r>
        <w:br/>
      </w:r>
    </w:p>
    <w:p w14:paraId="24B9BCD2" w14:textId="77777777" w:rsidR="001C2D0C" w:rsidRDefault="00633904">
      <w:pPr>
        <w:pStyle w:val="Heading2"/>
      </w:pPr>
      <w:r>
        <w:t>Semiannual PM (Qualified Technician)</w:t>
      </w:r>
    </w:p>
    <w:p w14:paraId="048D8B7A" w14:textId="77777777" w:rsidR="001C2D0C" w:rsidRDefault="00633904">
      <w:r>
        <w:t>• All monthly + quarterly items</w:t>
      </w:r>
    </w:p>
    <w:p w14:paraId="452C69DD" w14:textId="77777777" w:rsidR="001C2D0C" w:rsidRDefault="00633904">
      <w:r>
        <w:lastRenderedPageBreak/>
        <w:t>• Full structural component check</w:t>
      </w:r>
    </w:p>
    <w:p w14:paraId="53E61302" w14:textId="77777777" w:rsidR="001C2D0C" w:rsidRDefault="00633904">
      <w:r>
        <w:t>• Electrical panel cleaning and terminal inspection</w:t>
      </w:r>
    </w:p>
    <w:p w14:paraId="3C7417C2" w14:textId="77777777" w:rsidR="001C2D0C" w:rsidRDefault="00633904">
      <w:r>
        <w:t>• End stops and bumper inspection</w:t>
      </w:r>
    </w:p>
    <w:p w14:paraId="4CC033C2" w14:textId="77777777" w:rsidR="001C2D0C" w:rsidRDefault="00633904">
      <w:r>
        <w:t>• Runway bolts/clips inspection</w:t>
      </w:r>
    </w:p>
    <w:p w14:paraId="048E81DB" w14:textId="77777777" w:rsidR="001C2D0C" w:rsidRDefault="00633904">
      <w:r>
        <w:t>• Bearing and sheave lubrication</w:t>
      </w:r>
    </w:p>
    <w:p w14:paraId="6A186302" w14:textId="77777777" w:rsidR="001C2D0C" w:rsidRDefault="00633904">
      <w:r>
        <w:t>• Drive system gear wear check</w:t>
      </w:r>
    </w:p>
    <w:p w14:paraId="449B2343" w14:textId="77777777" w:rsidR="001C2D0C" w:rsidRDefault="00633904">
      <w:r>
        <w:t>• Motor and gearbox performance evaluation</w:t>
      </w:r>
    </w:p>
    <w:p w14:paraId="0EA48B86" w14:textId="77777777" w:rsidR="001C2D0C" w:rsidRDefault="00633904">
      <w:r>
        <w:t>Technician Name: ______________________________</w:t>
      </w:r>
    </w:p>
    <w:p w14:paraId="59894069" w14:textId="77777777" w:rsidR="001C2D0C" w:rsidRDefault="00633904">
      <w:r>
        <w:t>Technician Signature: __________________________</w:t>
      </w:r>
    </w:p>
    <w:p w14:paraId="0178E6D9" w14:textId="77777777" w:rsidR="001C2D0C" w:rsidRDefault="00633904">
      <w:r>
        <w:t>Date: ____________________</w:t>
      </w:r>
      <w:r>
        <w:br/>
      </w:r>
    </w:p>
    <w:p w14:paraId="163CB920" w14:textId="77777777" w:rsidR="001C2D0C" w:rsidRDefault="00633904">
      <w:pPr>
        <w:pStyle w:val="Heading2"/>
      </w:pPr>
      <w:r>
        <w:t>Annual PM (Qualified Technician)</w:t>
      </w:r>
    </w:p>
    <w:p w14:paraId="3296AD22" w14:textId="77777777" w:rsidR="001C2D0C" w:rsidRDefault="00633904">
      <w:r>
        <w:t>• All lower-level PM items</w:t>
      </w:r>
    </w:p>
    <w:p w14:paraId="597CD2A5" w14:textId="77777777" w:rsidR="001C2D0C" w:rsidRDefault="00633904">
      <w:r>
        <w:t>• Annual load test per OSHA/ASME requirements</w:t>
      </w:r>
    </w:p>
    <w:p w14:paraId="24A9EB9B" w14:textId="77777777" w:rsidR="001C2D0C" w:rsidRDefault="00633904">
      <w:r>
        <w:t>• Structural inspection</w:t>
      </w:r>
    </w:p>
    <w:p w14:paraId="25C06B6F" w14:textId="77777777" w:rsidR="001C2D0C" w:rsidRDefault="00633904">
      <w:r>
        <w:t>• Hook and load-bearing NDT (if required)</w:t>
      </w:r>
    </w:p>
    <w:p w14:paraId="61E637CC" w14:textId="77777777" w:rsidR="001C2D0C" w:rsidRDefault="00633904">
      <w:r>
        <w:t>• Complete electrical system inspection</w:t>
      </w:r>
    </w:p>
    <w:p w14:paraId="57F768F8" w14:textId="77777777" w:rsidR="001C2D0C" w:rsidRDefault="00633904">
      <w:r>
        <w:t>• Review and update of maintenance schedule</w:t>
      </w:r>
    </w:p>
    <w:p w14:paraId="4982E675" w14:textId="77777777" w:rsidR="001C2D0C" w:rsidRDefault="00633904">
      <w:r>
        <w:t>Technician Name: ______________________________</w:t>
      </w:r>
    </w:p>
    <w:p w14:paraId="3DCFF3B7" w14:textId="77777777" w:rsidR="001C2D0C" w:rsidRDefault="00633904">
      <w:r>
        <w:t>Technician Signature: __________________________</w:t>
      </w:r>
    </w:p>
    <w:p w14:paraId="6DC58BD2" w14:textId="77777777" w:rsidR="001C2D0C" w:rsidRDefault="00633904">
      <w:r>
        <w:t>Date: ____________________</w:t>
      </w:r>
      <w:r>
        <w:br/>
      </w:r>
    </w:p>
    <w:p w14:paraId="14304961" w14:textId="77777777" w:rsidR="00633904" w:rsidRDefault="00633904">
      <w:pPr>
        <w:pStyle w:val="Heading1"/>
      </w:pPr>
    </w:p>
    <w:p w14:paraId="75B6325F" w14:textId="77777777" w:rsidR="00633904" w:rsidRDefault="00633904">
      <w:pPr>
        <w:pStyle w:val="Heading1"/>
      </w:pPr>
    </w:p>
    <w:p w14:paraId="663D1371" w14:textId="77777777" w:rsidR="00633904" w:rsidRDefault="00633904" w:rsidP="00633904"/>
    <w:p w14:paraId="6E51C577" w14:textId="77777777" w:rsidR="00633904" w:rsidRPr="00633904" w:rsidRDefault="00633904" w:rsidP="00633904"/>
    <w:p w14:paraId="4E91D70C" w14:textId="4075792B" w:rsidR="001C2D0C" w:rsidRDefault="00633904">
      <w:pPr>
        <w:pStyle w:val="Heading1"/>
      </w:pPr>
      <w:r>
        <w:t>Daily Crane Operator Visual Inspection Checklist — 15-Ton Overhead Crane</w:t>
      </w:r>
    </w:p>
    <w:p w14:paraId="4BF3C698" w14:textId="77777777" w:rsidR="001C2D0C" w:rsidRDefault="00633904">
      <w:r>
        <w:t>Date: ____________________</w:t>
      </w:r>
    </w:p>
    <w:p w14:paraId="621689E3" w14:textId="77777777" w:rsidR="001C2D0C" w:rsidRDefault="00633904">
      <w:r>
        <w:t>Operator: ____________________</w:t>
      </w:r>
    </w:p>
    <w:p w14:paraId="15B4AD0C" w14:textId="77777777" w:rsidR="001C2D0C" w:rsidRDefault="00633904">
      <w:r>
        <w:lastRenderedPageBreak/>
        <w:t>Crane ID/Location: ____________________</w:t>
      </w:r>
      <w:r>
        <w:br/>
      </w:r>
    </w:p>
    <w:p w14:paraId="4F5F6832" w14:textId="77777777" w:rsidR="001C2D0C" w:rsidRDefault="00633904">
      <w:pPr>
        <w:pStyle w:val="Heading2"/>
      </w:pPr>
      <w:r>
        <w:t>Hook &amp; Load Block</w:t>
      </w:r>
    </w:p>
    <w:p w14:paraId="1A2D20E8" w14:textId="77777777" w:rsidR="001C2D0C" w:rsidRDefault="00633904">
      <w:r>
        <w:t>☐ Hook not bent or twisted</w:t>
      </w:r>
    </w:p>
    <w:p w14:paraId="5054167C" w14:textId="77777777" w:rsidR="001C2D0C" w:rsidRDefault="00633904">
      <w:r>
        <w:t>☐ No cracks or gouges</w:t>
      </w:r>
    </w:p>
    <w:p w14:paraId="44EF6159" w14:textId="77777777" w:rsidR="001C2D0C" w:rsidRDefault="00633904">
      <w:r>
        <w:t>☐ Safety latch working</w:t>
      </w:r>
    </w:p>
    <w:p w14:paraId="2E76660E" w14:textId="77777777" w:rsidR="001C2D0C" w:rsidRDefault="00633904">
      <w:r>
        <w:t>☐ Hook rotates freely</w:t>
      </w:r>
    </w:p>
    <w:p w14:paraId="0F35EEF2" w14:textId="77777777" w:rsidR="001C2D0C" w:rsidRDefault="00633904">
      <w:pPr>
        <w:pStyle w:val="Heading2"/>
      </w:pPr>
      <w:r>
        <w:t>Wire Rope / Chain</w:t>
      </w:r>
    </w:p>
    <w:p w14:paraId="231C74CF" w14:textId="77777777" w:rsidR="001C2D0C" w:rsidRDefault="00633904">
      <w:r>
        <w:t>☐ No broken strands or links</w:t>
      </w:r>
    </w:p>
    <w:p w14:paraId="15B9FA33" w14:textId="77777777" w:rsidR="001C2D0C" w:rsidRDefault="00633904">
      <w:r>
        <w:t>☐ No kinks, birdcaging, or crushed areas</w:t>
      </w:r>
    </w:p>
    <w:p w14:paraId="1AC03791" w14:textId="77777777" w:rsidR="001C2D0C" w:rsidRDefault="00633904">
      <w:r>
        <w:t>☐ Proper seating in drum/sheaves</w:t>
      </w:r>
    </w:p>
    <w:p w14:paraId="5B2082A0" w14:textId="77777777" w:rsidR="001C2D0C" w:rsidRDefault="00633904">
      <w:r>
        <w:t>☐ No corrosion or excessive wear</w:t>
      </w:r>
    </w:p>
    <w:p w14:paraId="094022DF" w14:textId="77777777" w:rsidR="001C2D0C" w:rsidRDefault="00633904">
      <w:pPr>
        <w:pStyle w:val="Heading2"/>
      </w:pPr>
      <w:r>
        <w:t>Hoist Operation</w:t>
      </w:r>
    </w:p>
    <w:p w14:paraId="7C868A51" w14:textId="77777777" w:rsidR="001C2D0C" w:rsidRDefault="00633904">
      <w:r>
        <w:t>☐ Smooth lifting and lowering</w:t>
      </w:r>
    </w:p>
    <w:p w14:paraId="5075464D" w14:textId="77777777" w:rsidR="001C2D0C" w:rsidRDefault="00633904">
      <w:r>
        <w:t>☐ No abnormal noise</w:t>
      </w:r>
    </w:p>
    <w:p w14:paraId="3E16E1FF" w14:textId="77777777" w:rsidR="001C2D0C" w:rsidRDefault="00633904">
      <w:r>
        <w:t>☐ No load slipping or drifting</w:t>
      </w:r>
    </w:p>
    <w:p w14:paraId="0EE8CE4E" w14:textId="77777777" w:rsidR="001C2D0C" w:rsidRDefault="00633904">
      <w:r>
        <w:t>☐ Limits working during normal use</w:t>
      </w:r>
    </w:p>
    <w:p w14:paraId="143F3193" w14:textId="77777777" w:rsidR="001C2D0C" w:rsidRDefault="00633904">
      <w:pPr>
        <w:pStyle w:val="Heading2"/>
      </w:pPr>
      <w:r>
        <w:t>Trolley &amp; Bridge</w:t>
      </w:r>
    </w:p>
    <w:p w14:paraId="575D8076" w14:textId="77777777" w:rsidR="001C2D0C" w:rsidRDefault="00633904">
      <w:r>
        <w:t>☐ Smooth travel (no binding)</w:t>
      </w:r>
    </w:p>
    <w:p w14:paraId="39160137" w14:textId="77777777" w:rsidR="001C2D0C" w:rsidRDefault="00633904">
      <w:r>
        <w:t>☐ No abnormal vibration or noise</w:t>
      </w:r>
    </w:p>
    <w:p w14:paraId="1C39665C" w14:textId="77777777" w:rsidR="001C2D0C" w:rsidRDefault="00633904">
      <w:r>
        <w:t>☐ Bumpers in place</w:t>
      </w:r>
    </w:p>
    <w:p w14:paraId="6118A6EB" w14:textId="77777777" w:rsidR="001C2D0C" w:rsidRDefault="00633904">
      <w:pPr>
        <w:pStyle w:val="Heading2"/>
      </w:pPr>
      <w:r>
        <w:t>Controls</w:t>
      </w:r>
    </w:p>
    <w:p w14:paraId="09C87ADD" w14:textId="77777777" w:rsidR="001C2D0C" w:rsidRDefault="00633904">
      <w:r>
        <w:t>☐ Pendant/remote functions correctly</w:t>
      </w:r>
    </w:p>
    <w:p w14:paraId="6B1E1C91" w14:textId="77777777" w:rsidR="001C2D0C" w:rsidRDefault="00633904">
      <w:r>
        <w:t>☐ Emergency stop working</w:t>
      </w:r>
    </w:p>
    <w:p w14:paraId="7D3ACDEC" w14:textId="77777777" w:rsidR="001C2D0C" w:rsidRDefault="00633904">
      <w:r>
        <w:t>☐ No visible wire damage</w:t>
      </w:r>
    </w:p>
    <w:p w14:paraId="01039D1B" w14:textId="77777777" w:rsidR="00633904" w:rsidRDefault="00633904">
      <w:pPr>
        <w:pStyle w:val="Heading2"/>
      </w:pPr>
    </w:p>
    <w:p w14:paraId="53FAE2A0" w14:textId="5211695B" w:rsidR="001C2D0C" w:rsidRDefault="00633904">
      <w:pPr>
        <w:pStyle w:val="Heading2"/>
      </w:pPr>
      <w:r>
        <w:t>Electrical / Mechanical</w:t>
      </w:r>
    </w:p>
    <w:p w14:paraId="5AD4F2C2" w14:textId="77777777" w:rsidR="001C2D0C" w:rsidRDefault="00633904">
      <w:r>
        <w:t>☐ No visible leaks</w:t>
      </w:r>
    </w:p>
    <w:p w14:paraId="3671E620" w14:textId="77777777" w:rsidR="001C2D0C" w:rsidRDefault="00633904">
      <w:r>
        <w:t>☐ Festoon/cable track moves properly</w:t>
      </w:r>
    </w:p>
    <w:p w14:paraId="4A9637CF" w14:textId="77777777" w:rsidR="001C2D0C" w:rsidRDefault="00633904">
      <w:r>
        <w:lastRenderedPageBreak/>
        <w:t>☐ No burning smell or hot spots</w:t>
      </w:r>
    </w:p>
    <w:p w14:paraId="7FE7E666" w14:textId="77777777" w:rsidR="001C2D0C" w:rsidRDefault="00633904">
      <w:pPr>
        <w:pStyle w:val="Heading2"/>
      </w:pPr>
      <w:r>
        <w:t>Environment / Safety</w:t>
      </w:r>
    </w:p>
    <w:p w14:paraId="7E7ECDF6" w14:textId="77777777" w:rsidR="001C2D0C" w:rsidRDefault="00633904">
      <w:r>
        <w:t>☐ Area below crane is clear</w:t>
      </w:r>
    </w:p>
    <w:p w14:paraId="61B060C2" w14:textId="77777777" w:rsidR="001C2D0C" w:rsidRDefault="00633904">
      <w:r>
        <w:t>☐ Warning labels visible</w:t>
      </w:r>
    </w:p>
    <w:p w14:paraId="467CDF33" w14:textId="77777777" w:rsidR="001C2D0C" w:rsidRDefault="00633904">
      <w:r>
        <w:t>☐ Load within rated capacity</w:t>
      </w:r>
    </w:p>
    <w:p w14:paraId="3F8B7082" w14:textId="77777777" w:rsidR="001C2D0C" w:rsidRDefault="00633904">
      <w:pPr>
        <w:pStyle w:val="Heading2"/>
      </w:pPr>
      <w:r>
        <w:t>Issues Found (Operator Notes)</w:t>
      </w:r>
    </w:p>
    <w:p w14:paraId="636801EB" w14:textId="77777777" w:rsidR="001C2D0C" w:rsidRDefault="00633904">
      <w:r>
        <w:br/>
      </w:r>
      <w:r>
        <w:br/>
      </w:r>
      <w:r>
        <w:br/>
      </w:r>
    </w:p>
    <w:p w14:paraId="281E7448" w14:textId="77777777" w:rsidR="001C2D0C" w:rsidRDefault="00633904">
      <w:pPr>
        <w:pStyle w:val="Heading2"/>
      </w:pPr>
      <w:r>
        <w:t>Technician Resolution Sign-Off</w:t>
      </w:r>
    </w:p>
    <w:p w14:paraId="335FB4D1" w14:textId="77777777" w:rsidR="001C2D0C" w:rsidRDefault="00633904">
      <w:r>
        <w:t>Technician Name: ______________________________</w:t>
      </w:r>
    </w:p>
    <w:p w14:paraId="79A8746A" w14:textId="77777777" w:rsidR="001C2D0C" w:rsidRDefault="00633904">
      <w:r>
        <w:t>Corrective Action Taken:</w:t>
      </w:r>
    </w:p>
    <w:p w14:paraId="4E86F314" w14:textId="77777777" w:rsidR="001C2D0C" w:rsidRDefault="00633904">
      <w:r>
        <w:br/>
      </w:r>
      <w:r>
        <w:br/>
      </w:r>
      <w:r>
        <w:br/>
      </w:r>
    </w:p>
    <w:p w14:paraId="2A2827C0" w14:textId="77777777" w:rsidR="001C2D0C" w:rsidRDefault="00633904">
      <w:r>
        <w:t>Technician Signature: __________________________</w:t>
      </w:r>
    </w:p>
    <w:p w14:paraId="6189B04A" w14:textId="77777777" w:rsidR="001C2D0C" w:rsidRDefault="00633904">
      <w:r>
        <w:t>Date: ____________________</w:t>
      </w:r>
    </w:p>
    <w:sectPr w:rsidR="001C2D0C" w:rsidSect="00633904"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C9DA2" w14:textId="77777777" w:rsidR="001B712B" w:rsidRDefault="001B712B" w:rsidP="00B509D4">
      <w:pPr>
        <w:spacing w:after="0" w:line="240" w:lineRule="auto"/>
      </w:pPr>
      <w:r>
        <w:separator/>
      </w:r>
    </w:p>
  </w:endnote>
  <w:endnote w:type="continuationSeparator" w:id="0">
    <w:p w14:paraId="3A59D75B" w14:textId="77777777" w:rsidR="001B712B" w:rsidRDefault="001B712B" w:rsidP="00B50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1B3B" w14:textId="77777777" w:rsidR="001B712B" w:rsidRDefault="001B712B" w:rsidP="00B509D4">
      <w:pPr>
        <w:spacing w:after="0" w:line="240" w:lineRule="auto"/>
      </w:pPr>
      <w:r>
        <w:separator/>
      </w:r>
    </w:p>
  </w:footnote>
  <w:footnote w:type="continuationSeparator" w:id="0">
    <w:p w14:paraId="3508B010" w14:textId="77777777" w:rsidR="001B712B" w:rsidRDefault="001B712B" w:rsidP="00B50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7288168">
    <w:abstractNumId w:val="8"/>
  </w:num>
  <w:num w:numId="2" w16cid:durableId="1452553654">
    <w:abstractNumId w:val="6"/>
  </w:num>
  <w:num w:numId="3" w16cid:durableId="853765591">
    <w:abstractNumId w:val="5"/>
  </w:num>
  <w:num w:numId="4" w16cid:durableId="470634945">
    <w:abstractNumId w:val="4"/>
  </w:num>
  <w:num w:numId="5" w16cid:durableId="782266698">
    <w:abstractNumId w:val="7"/>
  </w:num>
  <w:num w:numId="6" w16cid:durableId="592979936">
    <w:abstractNumId w:val="3"/>
  </w:num>
  <w:num w:numId="7" w16cid:durableId="2146967254">
    <w:abstractNumId w:val="2"/>
  </w:num>
  <w:num w:numId="8" w16cid:durableId="390924545">
    <w:abstractNumId w:val="1"/>
  </w:num>
  <w:num w:numId="9" w16cid:durableId="175081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0CBA"/>
    <w:rsid w:val="001B712B"/>
    <w:rsid w:val="001C2D0C"/>
    <w:rsid w:val="0029639D"/>
    <w:rsid w:val="00326F90"/>
    <w:rsid w:val="003B0CB3"/>
    <w:rsid w:val="00565407"/>
    <w:rsid w:val="00633904"/>
    <w:rsid w:val="008F4F33"/>
    <w:rsid w:val="009440F3"/>
    <w:rsid w:val="009456FA"/>
    <w:rsid w:val="009D0A50"/>
    <w:rsid w:val="00AA1D8D"/>
    <w:rsid w:val="00B47730"/>
    <w:rsid w:val="00B509D4"/>
    <w:rsid w:val="00CB0664"/>
    <w:rsid w:val="00CB29F7"/>
    <w:rsid w:val="00FC693F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75508C95-3FF9-4BDC-AFA4-B677B584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Jason Horton</cp:lastModifiedBy>
  <cp:revision>8</cp:revision>
  <cp:lastPrinted>2026-01-20T16:21:00Z</cp:lastPrinted>
  <dcterms:created xsi:type="dcterms:W3CDTF">2026-01-20T16:25:00Z</dcterms:created>
  <dcterms:modified xsi:type="dcterms:W3CDTF">2026-06-24T19:09:00Z</dcterms:modified>
  <cp:category/>
</cp:coreProperties>
</file>