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9E0CAD" w14:textId="77777777" w:rsidR="00FB2631" w:rsidRDefault="00074AF0">
      <w:pPr>
        <w:pStyle w:val="Heading1"/>
        <w:jc w:val="center"/>
      </w:pPr>
      <w:r>
        <w:t>Full Maintenance Schedule</w:t>
      </w:r>
    </w:p>
    <w:p w14:paraId="1259252A" w14:textId="77777777" w:rsidR="00FB2631" w:rsidRDefault="00074AF0">
      <w:pPr>
        <w:pStyle w:val="Heading2"/>
      </w:pPr>
      <w:r>
        <w:t>Weekly</w:t>
      </w:r>
    </w:p>
    <w:p w14:paraId="1AFE164C" w14:textId="77777777" w:rsidR="006D38AA" w:rsidRDefault="00074AF0">
      <w:pPr>
        <w:rPr>
          <w:sz w:val="24"/>
        </w:rPr>
      </w:pPr>
      <w:r>
        <w:rPr>
          <w:sz w:val="24"/>
        </w:rPr>
        <w:t>☐ Wipe X &amp; Y rails clean.</w:t>
      </w:r>
      <w:r w:rsidR="006D38AA">
        <w:rPr>
          <w:sz w:val="24"/>
        </w:rPr>
        <w:t xml:space="preserve"> or blow off with air ensure </w:t>
      </w:r>
    </w:p>
    <w:p w14:paraId="00F36759" w14:textId="1AADDCD8" w:rsidR="00FB2631" w:rsidRDefault="006D38AA">
      <w:r>
        <w:rPr>
          <w:sz w:val="24"/>
        </w:rPr>
        <w:t xml:space="preserve">there is no foam around belts </w:t>
      </w:r>
    </w:p>
    <w:p w14:paraId="14D05F75" w14:textId="77777777" w:rsidR="00FB2631" w:rsidRDefault="00074AF0">
      <w:r>
        <w:rPr>
          <w:sz w:val="24"/>
        </w:rPr>
        <w:t>☐ Inspect X/Y belts for wear.</w:t>
      </w:r>
    </w:p>
    <w:p w14:paraId="18EABFBC" w14:textId="77777777" w:rsidR="00FB2631" w:rsidRDefault="00074AF0">
      <w:r>
        <w:rPr>
          <w:sz w:val="24"/>
        </w:rPr>
        <w:t>☐ Check trolley alignment.</w:t>
      </w:r>
    </w:p>
    <w:p w14:paraId="00CA3F11" w14:textId="77777777" w:rsidR="00FB2631" w:rsidRDefault="00074AF0">
      <w:r>
        <w:rPr>
          <w:sz w:val="24"/>
        </w:rPr>
        <w:t>☐ Clean wire guides.</w:t>
      </w:r>
    </w:p>
    <w:p w14:paraId="69E22E00" w14:textId="77777777" w:rsidR="00FB2631" w:rsidRDefault="00074AF0">
      <w:pPr>
        <w:pStyle w:val="Heading2"/>
      </w:pPr>
      <w:r>
        <w:t>Monthly</w:t>
      </w:r>
    </w:p>
    <w:p w14:paraId="250BAEC0" w14:textId="77777777" w:rsidR="00FB2631" w:rsidRDefault="00074AF0">
      <w:r>
        <w:rPr>
          <w:sz w:val="24"/>
        </w:rPr>
        <w:t>☐ Inspect axis ball bearings.</w:t>
      </w:r>
    </w:p>
    <w:p w14:paraId="4C3BC2EE" w14:textId="77777777" w:rsidR="00FB2631" w:rsidRDefault="00074AF0">
      <w:r>
        <w:rPr>
          <w:sz w:val="24"/>
        </w:rPr>
        <w:t>☐ Lubricate linear bearings (OF/OC).</w:t>
      </w:r>
    </w:p>
    <w:p w14:paraId="2BB213BB" w14:textId="1BA64701" w:rsidR="00FB2631" w:rsidRDefault="00074AF0">
      <w:r>
        <w:rPr>
          <w:sz w:val="24"/>
        </w:rPr>
        <w:t>☐ Test</w:t>
      </w:r>
      <w:r w:rsidR="00015356">
        <w:rPr>
          <w:sz w:val="24"/>
        </w:rPr>
        <w:t xml:space="preserve"> E-Stop</w:t>
      </w:r>
      <w:r w:rsidR="00001817">
        <w:rPr>
          <w:sz w:val="24"/>
        </w:rPr>
        <w:t xml:space="preserve"> cable</w:t>
      </w:r>
      <w:r>
        <w:rPr>
          <w:sz w:val="24"/>
        </w:rPr>
        <w:t xml:space="preserve"> .</w:t>
      </w:r>
    </w:p>
    <w:p w14:paraId="69ABBCA8" w14:textId="77777777" w:rsidR="00FB2631" w:rsidRDefault="00074AF0">
      <w:pPr>
        <w:rPr>
          <w:sz w:val="24"/>
        </w:rPr>
      </w:pPr>
      <w:r>
        <w:rPr>
          <w:sz w:val="24"/>
        </w:rPr>
        <w:t>☐ Inspect tension spring.</w:t>
      </w:r>
    </w:p>
    <w:p w14:paraId="4C002FFF" w14:textId="61C1AEAA" w:rsidR="00001817" w:rsidRDefault="00001817">
      <w:r>
        <w:rPr>
          <w:sz w:val="24"/>
        </w:rPr>
        <w:t>☐</w:t>
      </w:r>
      <w:r>
        <w:rPr>
          <w:sz w:val="24"/>
        </w:rPr>
        <w:t xml:space="preserve"> Inspect belt tension both sides to be equal </w:t>
      </w:r>
    </w:p>
    <w:p w14:paraId="7C715D0F" w14:textId="77777777" w:rsidR="00FB2631" w:rsidRDefault="00074AF0">
      <w:r>
        <w:rPr>
          <w:sz w:val="24"/>
        </w:rPr>
        <w:t>☐ Check cooling fans.</w:t>
      </w:r>
    </w:p>
    <w:p w14:paraId="240BF519" w14:textId="77777777" w:rsidR="00FB2631" w:rsidRDefault="00074AF0">
      <w:pPr>
        <w:pStyle w:val="Heading2"/>
      </w:pPr>
      <w:r>
        <w:t>General / As Needed</w:t>
      </w:r>
    </w:p>
    <w:p w14:paraId="79C6823E" w14:textId="77777777" w:rsidR="00FB2631" w:rsidRDefault="00074AF0">
      <w:r>
        <w:rPr>
          <w:sz w:val="24"/>
        </w:rPr>
        <w:t>☐ Clean proximity switches.</w:t>
      </w:r>
    </w:p>
    <w:p w14:paraId="4F7F6D46" w14:textId="77777777" w:rsidR="00FB2631" w:rsidRDefault="00074AF0">
      <w:r>
        <w:rPr>
          <w:sz w:val="24"/>
        </w:rPr>
        <w:t>☐ Replace worn wires.</w:t>
      </w:r>
    </w:p>
    <w:p w14:paraId="668FEDDE" w14:textId="77777777" w:rsidR="00FB2631" w:rsidRDefault="00074AF0">
      <w:r>
        <w:rPr>
          <w:sz w:val="24"/>
        </w:rPr>
        <w:t>☐ Keep machine clean.</w:t>
      </w:r>
    </w:p>
    <w:p w14:paraId="3AA55CE1" w14:textId="77777777" w:rsidR="00FB2631" w:rsidRDefault="00074AF0">
      <w:pPr>
        <w:pStyle w:val="Heading2"/>
      </w:pPr>
      <w:r>
        <w:t>Environment Requirements</w:t>
      </w:r>
    </w:p>
    <w:p w14:paraId="74E8E78C" w14:textId="77777777" w:rsidR="00FB2631" w:rsidRDefault="00074AF0">
      <w:r>
        <w:rPr>
          <w:sz w:val="24"/>
        </w:rPr>
        <w:t>• Temperature: 5–35°C.</w:t>
      </w:r>
    </w:p>
    <w:p w14:paraId="2607CE76" w14:textId="77777777" w:rsidR="00FB2631" w:rsidRDefault="00074AF0">
      <w:r>
        <w:rPr>
          <w:sz w:val="24"/>
        </w:rPr>
        <w:t>• Humidity: 30–75% non-condensing.</w:t>
      </w:r>
    </w:p>
    <w:p w14:paraId="14884E3A" w14:textId="77777777" w:rsidR="00FB2631" w:rsidRDefault="00074AF0">
      <w:r>
        <w:rPr>
          <w:sz w:val="24"/>
        </w:rPr>
        <w:t>• Proper grounding required.</w:t>
      </w:r>
    </w:p>
    <w:p w14:paraId="4C2DB3E1" w14:textId="77777777" w:rsidR="00FB2631" w:rsidRDefault="00074AF0">
      <w:pPr>
        <w:pStyle w:val="Heading2"/>
      </w:pPr>
      <w:r>
        <w:lastRenderedPageBreak/>
        <w:t>Weekly Sign-Off</w:t>
      </w:r>
    </w:p>
    <w:p w14:paraId="105A8A0B" w14:textId="77777777" w:rsidR="00FB2631" w:rsidRDefault="00074AF0">
      <w:r>
        <w:rPr>
          <w:sz w:val="24"/>
        </w:rPr>
        <w:t>Technician Name: ____________________________</w:t>
      </w:r>
      <w:r>
        <w:rPr>
          <w:sz w:val="24"/>
        </w:rPr>
        <w:br/>
        <w:t>Date: ____________________________</w:t>
      </w:r>
      <w:r>
        <w:rPr>
          <w:sz w:val="24"/>
        </w:rPr>
        <w:br/>
        <w:t>Supervisor Signature: ____________________________</w:t>
      </w:r>
    </w:p>
    <w:sectPr w:rsidR="00FB2631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511454213">
    <w:abstractNumId w:val="8"/>
  </w:num>
  <w:num w:numId="2" w16cid:durableId="615910707">
    <w:abstractNumId w:val="6"/>
  </w:num>
  <w:num w:numId="3" w16cid:durableId="2083598296">
    <w:abstractNumId w:val="5"/>
  </w:num>
  <w:num w:numId="4" w16cid:durableId="463084752">
    <w:abstractNumId w:val="4"/>
  </w:num>
  <w:num w:numId="5" w16cid:durableId="1050304428">
    <w:abstractNumId w:val="7"/>
  </w:num>
  <w:num w:numId="6" w16cid:durableId="1863931555">
    <w:abstractNumId w:val="3"/>
  </w:num>
  <w:num w:numId="7" w16cid:durableId="550920268">
    <w:abstractNumId w:val="2"/>
  </w:num>
  <w:num w:numId="8" w16cid:durableId="2082093798">
    <w:abstractNumId w:val="1"/>
  </w:num>
  <w:num w:numId="9" w16cid:durableId="19158465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proofState w:spelling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01817"/>
    <w:rsid w:val="00015356"/>
    <w:rsid w:val="00034616"/>
    <w:rsid w:val="0006063C"/>
    <w:rsid w:val="00074AF0"/>
    <w:rsid w:val="0015074B"/>
    <w:rsid w:val="0029639D"/>
    <w:rsid w:val="00326F90"/>
    <w:rsid w:val="006D38AA"/>
    <w:rsid w:val="0070780B"/>
    <w:rsid w:val="00AA1D8D"/>
    <w:rsid w:val="00B47730"/>
    <w:rsid w:val="00CB0664"/>
    <w:rsid w:val="00EC2EDA"/>
    <w:rsid w:val="00FB2631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4062061"/>
  <w14:defaultImageDpi w14:val="300"/>
  <w15:docId w15:val="{64E8CD41-D219-4DDF-BE34-41FB433A20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110</Words>
  <Characters>631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740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Jason Horton</cp:lastModifiedBy>
  <cp:revision>4</cp:revision>
  <dcterms:created xsi:type="dcterms:W3CDTF">2013-12-23T23:15:00Z</dcterms:created>
  <dcterms:modified xsi:type="dcterms:W3CDTF">2026-06-24T18:19:00Z</dcterms:modified>
  <cp:category/>
</cp:coreProperties>
</file>